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Basic Elements of a Sentence – Full Note</w:t>
      </w:r>
    </w:p>
    <w:p>
      <w:r>
        <w:br/>
        <w:t>1. Introduction</w:t>
        <w:br/>
        <w:t xml:space="preserve">A sentence is a group of words that expresses a complete thought. It usually contains a subject (who or what the sentence is about) and a predicate (what is said about the subject).  </w:t>
        <w:br/>
        <w:br/>
        <w:t>Understanding the basic elements of a sentence is essential for mastering grammar, improving writing skills, and enhancing communication. Each element plays a unique role in conveying meaning and structure.</w:t>
        <w:br/>
        <w:br/>
        <w:t xml:space="preserve">The main basic elements are:  </w:t>
        <w:br/>
        <w:t xml:space="preserve">1. Subject  </w:t>
        <w:br/>
        <w:t xml:space="preserve">2. Predicate  </w:t>
        <w:br/>
        <w:t xml:space="preserve">3. Object  </w:t>
        <w:br/>
        <w:t xml:space="preserve">4. Complement  </w:t>
        <w:br/>
        <w:t xml:space="preserve">5. Modifier  </w:t>
        <w:br/>
        <w:br/>
        <w:t>We will also look at related concepts such as phrases and clauses.</w:t>
        <w:br/>
        <w:br/>
        <w:t>2. Subject</w:t>
        <w:br/>
        <w:t>The subject is the part of the sentence that names the person, place, thing, or idea performing the action or being described.</w:t>
        <w:br/>
        <w:br/>
        <w:t>Types of Subjects:</w:t>
        <w:br/>
        <w:t xml:space="preserve">1. Simple Subject – the main word or words that tell who or what the sentence is about.  </w:t>
        <w:br/>
        <w:t xml:space="preserve">2. Complete Subject – the simple subject along with all its modifiers.  </w:t>
        <w:br/>
        <w:t>3. Compound Subject – two or more simple subjects joined by a conjunction.</w:t>
        <w:br/>
        <w:br/>
        <w:t>Examples:</w:t>
        <w:br/>
        <w:t xml:space="preserve">- Dogs bark loudly.  </w:t>
        <w:br/>
        <w:t xml:space="preserve">- The brown dog with white spots barked loudly.  </w:t>
        <w:br/>
        <w:t>- John and Mary are best friends.</w:t>
        <w:br/>
        <w:br/>
        <w:t>3. Predicate</w:t>
        <w:br/>
        <w:t>The predicate tells something about the subject — what it does, what it is, or what happens to it. The main part of the predicate is the verb.</w:t>
        <w:br/>
        <w:br/>
        <w:t>Types of Predicates:</w:t>
        <w:br/>
        <w:t xml:space="preserve">1. Simple Predicate – the main verb or verb phrase.  </w:t>
        <w:br/>
        <w:t xml:space="preserve">2. Complete Predicate – the verb and all words that modify or complete its meaning.  </w:t>
        <w:br/>
        <w:t>3. Compound Predicate – two or more predicates that share the same subject.</w:t>
        <w:br/>
        <w:br/>
        <w:t>Examples:</w:t>
        <w:br/>
        <w:t xml:space="preserve">- The baby cried.  </w:t>
        <w:br/>
        <w:t xml:space="preserve">- The baby cried loudly throughout the night.  </w:t>
        <w:br/>
        <w:t>- The baby cried and refused to sleep.</w:t>
        <w:br/>
        <w:br/>
        <w:t>4. Object</w:t>
        <w:br/>
        <w:t>An object is a noun, pronoun, or noun phrase that receives the action of the verb or shows the result of the action.</w:t>
        <w:br/>
        <w:br/>
        <w:t>Types of Objects:</w:t>
        <w:br/>
        <w:t xml:space="preserve">1. Direct Object – receives the action of the verb directly.  </w:t>
        <w:br/>
        <w:t>2. Indirect Object – indicates to whom or for whom the action is done.</w:t>
        <w:br/>
        <w:br/>
        <w:t>Examples:</w:t>
        <w:br/>
        <w:t xml:space="preserve">- She read a book.  </w:t>
        <w:br/>
        <w:t>- She gave me a book.</w:t>
        <w:br/>
        <w:br/>
        <w:t>5. Complement</w:t>
        <w:br/>
        <w:t>A complement completes the meaning of a verb. It can be a noun, pronoun, or adjective.</w:t>
        <w:br/>
        <w:br/>
        <w:t>Types of Complements:</w:t>
        <w:br/>
        <w:t xml:space="preserve">1. Subject Complement – follows a linking verb and renames or describes the subject.  </w:t>
        <w:br/>
        <w:t xml:space="preserve">   - Predicate Nominative: My father is a teacher.  </w:t>
        <w:br/>
        <w:t xml:space="preserve">   - Predicate Adjective: The sky is blue.  </w:t>
        <w:br/>
        <w:t xml:space="preserve">2. Object Complement – renames or describes a direct object.  </w:t>
        <w:br/>
        <w:t xml:space="preserve">   Example: They elected him president.</w:t>
        <w:br/>
        <w:br/>
        <w:t>6. Modifier</w:t>
        <w:br/>
        <w:t>A modifier is a word, phrase, or clause that provides additional information about another word or group of words. Modifiers make sentences more precise and descriptive.</w:t>
        <w:br/>
        <w:br/>
        <w:t>Types of Modifiers:</w:t>
        <w:br/>
        <w:t xml:space="preserve">- Adjectives – describe nouns or pronouns. Example: The red car is fast.  </w:t>
        <w:br/>
        <w:t>- Adverbs – describe verbs, adjectives, or other adverbs. Example: She sings beautifully.</w:t>
        <w:br/>
        <w:br/>
        <w:t>7. How These Elements Work Together</w:t>
        <w:br/>
        <w:t>Sentence: The diligent student completed her homework quickly.</w:t>
        <w:br/>
        <w:t xml:space="preserve">- Subject: The diligent student (complete subject)  </w:t>
        <w:br/>
        <w:t xml:space="preserve">  - Simple subject: student  </w:t>
        <w:br/>
        <w:t xml:space="preserve">- Predicate: completed her homework quickly (complete predicate)  </w:t>
        <w:br/>
        <w:t xml:space="preserve">  - Simple predicate: completed  </w:t>
        <w:br/>
        <w:t xml:space="preserve">- Direct object: homework  </w:t>
        <w:br/>
        <w:t>- Modifiers: diligent, quickly</w:t>
        <w:br/>
        <w:br/>
        <w:t>8. Sentence Structure</w:t>
        <w:br/>
        <w:t>Four main types:</w:t>
        <w:br/>
        <w:t xml:space="preserve">1. Simple Sentence – The dog barked.  </w:t>
        <w:br/>
        <w:t xml:space="preserve">2. Compound Sentence – The dog barked, and the cat hissed.  </w:t>
        <w:br/>
        <w:t xml:space="preserve">3. Complex Sentence – The dog barked when the mailman arrived.  </w:t>
        <w:br/>
        <w:t>4. Compound-Complex Sentence – The dog barked, and the cat hissed when the mailman arrived.</w:t>
        <w:br/>
        <w:br/>
        <w:t>9. Examples</w:t>
        <w:br/>
        <w:t xml:space="preserve">1. Mary baked a cake yesterday.  </w:t>
        <w:br/>
        <w:t xml:space="preserve">2. The tall man in a black suit entered the room quietly.  </w:t>
        <w:br/>
        <w:t>3. We elected Sarah president of the club.</w:t>
        <w:br/>
        <w:br/>
        <w:t>10. Common Mistakes to Avoid</w:t>
        <w:br/>
        <w:t xml:space="preserve">- Fragments: Runs fast. → The boy runs fast.  </w:t>
        <w:br/>
        <w:t xml:space="preserve">- Run-ons: I like pizza I eat it every day. → I like pizza, and I eat it every day.  </w:t>
        <w:br/>
        <w:t>- Misplaced modifiers: She almost drove her kids to school every day. → She drove her kids to school almost every day.</w:t>
        <w:br/>
        <w:br/>
        <w:t>11. Practice Sentences</w:t>
        <w:br/>
        <w:t>Identify each element:</w:t>
        <w:br/>
        <w:t xml:space="preserve">1. The children played football in the park.  </w:t>
        <w:br/>
        <w:t xml:space="preserve">2. My friend and I went to the market and bought vegetables.  </w:t>
        <w:br/>
        <w:t xml:space="preserve">3. The weather became extremely cold overnight.  </w:t>
        <w:br/>
        <w:t xml:space="preserve">4. They offered me a new job in the city.  </w:t>
        <w:br/>
        <w:t>5. The quick brown fox jumps over the lazy dog.</w:t>
        <w:br/>
        <w:br/>
        <w:t>12. Conclusion</w:t>
        <w:br/>
        <w:t>The basic elements of a sentence — subject, predicate, object, complement, and modifier — form the foundation of all grammatical communication.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